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9: Assessment - Number &amp; Operations</w:t>
      </w:r>
    </w:p>
    <w:p>
      <w:pPr>
        <w:spacing w:after="20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Write one thing you are proud of from this unit.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Write one thing you want more practice with.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Which Gr 6 extension did you try, and how did it go? (Gr 6)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show what I learned about number and operations.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